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4765" w14:textId="74207DA1" w:rsidR="00041824" w:rsidRPr="00502291" w:rsidRDefault="00000000" w:rsidP="00502291">
      <w:pPr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Załącznik nr 1 </w:t>
      </w:r>
    </w:p>
    <w:p w14:paraId="6D3FA160" w14:textId="77777777" w:rsidR="00502291" w:rsidRP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OFERTA KONKURSOWA</w:t>
      </w: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br/>
      </w:r>
      <w:r w:rsidR="00502291" w:rsidRPr="00502291">
        <w:rPr>
          <w:rFonts w:ascii="Times New Roman" w:hAnsi="Times New Roman" w:cs="Times New Roman"/>
          <w:b/>
          <w:sz w:val="24"/>
          <w:szCs w:val="24"/>
          <w:lang w:val="pl-PL"/>
        </w:rPr>
        <w:t>na kompleksowe świadczenia zdrowotne w zakresie świadczeń lekarskich</w:t>
      </w:r>
    </w:p>
    <w:p w14:paraId="3D1ED91C" w14:textId="77777777" w:rsidR="00502291" w:rsidRPr="00502291" w:rsidRDefault="00502291" w:rsidP="005022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w II Oddziale Chorób Wewnętrznych z Pododdziałem Chorób Płuc( wraz z Izbą Przyjęć)  wraz z pełnieniem funkcji Zastępcy Lekarza Kierującego Oddziałem</w:t>
      </w:r>
    </w:p>
    <w:p w14:paraId="31FDC0DD" w14:textId="637BDD1D" w:rsidR="00041824" w:rsidRPr="00502291" w:rsidRDefault="00502291" w:rsidP="00502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w okresie od 01.10.2026 r. do 30.09.2027 r.</w:t>
      </w:r>
    </w:p>
    <w:p w14:paraId="6EDCA996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DANE OFERENTA</w:t>
      </w:r>
    </w:p>
    <w:p w14:paraId="66904C0D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Imię i nazwisko / pełna nazwa Oferenta: ................................................................</w:t>
      </w:r>
    </w:p>
    <w:p w14:paraId="2262CE63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Forma prawna: ..............................................................................................</w:t>
      </w:r>
    </w:p>
    <w:p w14:paraId="43947F36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Adres / siedziba: ..............................................................................................</w:t>
      </w:r>
    </w:p>
    <w:p w14:paraId="48C27201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NIP: .................................................. REGON: ..................................................</w:t>
      </w:r>
    </w:p>
    <w:p w14:paraId="669C5DB0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KRS / CEIDG – jeżeli dotyczy: ......................................................................</w:t>
      </w:r>
    </w:p>
    <w:p w14:paraId="17C3142A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Nr księgi rejestrowej RPWDL: ........................................................................</w:t>
      </w:r>
    </w:p>
    <w:p w14:paraId="31E93FF6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Osoba uprawniona do reprezentacji Oferenta: ....................................................</w:t>
      </w:r>
    </w:p>
    <w:p w14:paraId="5C479CC1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Telefon: ............................................. E-mail: ............................................</w:t>
      </w:r>
    </w:p>
    <w:p w14:paraId="32E10CE4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Adres do korespondencji / e-mail: .................................................................................................</w:t>
      </w:r>
    </w:p>
    <w:p w14:paraId="42557087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DANE LEKARZA / LEKARZY WSKAZANYCH DO REALIZACJI ZAMÓWIENIA</w:t>
      </w:r>
    </w:p>
    <w:p w14:paraId="62CAD1C5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1. Imię i nazwisko: ........................................, nr PWZ: ........................, specjalizacja: ........................, pełni funkcję Zastępcy Lekarza Kierującego Oddziałem: TAK / NIE*</w:t>
      </w:r>
    </w:p>
    <w:p w14:paraId="19DE4D88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2. Imię i nazwisko: ........................................, nr PWZ: ........................, specjalizacja: ........................, pełni funkcję Zastępcy Lekarza Kierującego Oddziałem: TAK / NIE*</w:t>
      </w:r>
    </w:p>
    <w:p w14:paraId="00512184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3. ............................................................................................................................</w:t>
      </w:r>
    </w:p>
    <w:p w14:paraId="437F86E4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* niepotrzebne skreślić; funkcję Zastępcy Lekarza Kierującego Oddziałem wskazuje się wyłącznie przy jednym spośród wymienionych powyżej lekarzy, spełniającym wymagania określone w SWKO dla tej funkcji.</w:t>
      </w:r>
    </w:p>
    <w:p w14:paraId="7EB84B3C" w14:textId="77777777" w:rsidR="00041824" w:rsidRPr="00502291" w:rsidRDefault="00000000" w:rsidP="0050229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I. Oświadczenia Oferenta</w:t>
      </w:r>
    </w:p>
    <w:p w14:paraId="7F2B36C7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Oświadczam, że spełniam warunki określone w SWKO oraz posiadam kwalifikacje, uprawnienia i doświadczenie niezbędne do wykonania przedmiotu zamówienia, w tym pełnienia funkcji Zastępcy Lekarza Kierującego Oddziałem.</w:t>
      </w:r>
    </w:p>
    <w:p w14:paraId="37E16568" w14:textId="3284270E" w:rsidR="00041824" w:rsidRPr="00502291" w:rsidRDefault="00000000" w:rsidP="0050229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II. Kwalifikacje zawodowe</w:t>
      </w:r>
      <w:r w:rsidR="007669CF"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i inne wymagania</w:t>
      </w:r>
    </w:p>
    <w:p w14:paraId="3C3AD76A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Należy dołączyć następujące dokumenty:</w:t>
      </w:r>
    </w:p>
    <w:p w14:paraId="3866DF24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a) Dyplom ukończenia studiów wyższych medycznych (kopia);</w:t>
      </w:r>
    </w:p>
    <w:p w14:paraId="5D8B358D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b) Aktualne prawo wykonywania zawodu lekarza (kopia);</w:t>
      </w:r>
    </w:p>
    <w:p w14:paraId="40925B62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lastRenderedPageBreak/>
        <w:t>c) Dyplom potwierdzający uzyskanie specjalizacji z zakresu chorób wewnętrznych (oraz dodatkowa specjalizacja z pulmonologii) (kopia);</w:t>
      </w:r>
    </w:p>
    <w:p w14:paraId="49C88D6D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d) Aktualne zaświadczenie BHP (kopia);</w:t>
      </w:r>
    </w:p>
    <w:p w14:paraId="2DE66BBC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e) Aktualne ubezpieczenie od odpowiedzialności cywilnej (kopia);</w:t>
      </w:r>
    </w:p>
    <w:p w14:paraId="7BBFDCAA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f) Zaświadczenie z Krajowego Rejestru Karnego o niekaralności;</w:t>
      </w:r>
    </w:p>
    <w:p w14:paraId="0A817001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g) Zaświadczenie o niefigurowaniu w Rejestrze Sprawców Przestępstw na Tle Seksualnym;</w:t>
      </w:r>
    </w:p>
    <w:p w14:paraId="22B28EC9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h) Oświadczenie o zapoznaniu się z warunkami konkursu ofert (załącznik nr 2);</w:t>
      </w:r>
    </w:p>
    <w:p w14:paraId="371C863E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i) Oświadczenie o deklarowanej ilości godzin świadczeń zdrowotnych (załącznik nr 3);</w:t>
      </w:r>
    </w:p>
    <w:p w14:paraId="5C56CE77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j) Oświadczenie o państwach zamieszkiwanych w okresie ostatnich 20 lat (załącznik nr 4);</w:t>
      </w:r>
    </w:p>
    <w:p w14:paraId="093B9230" w14:textId="77777777" w:rsidR="007669CF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k) Oświadczenie o przestrzeganiu standardów ochrony małoletnich (załącznik nr 5);</w:t>
      </w:r>
    </w:p>
    <w:p w14:paraId="293AEA28" w14:textId="41EF7318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l) Oświadczenie o zapoznaniu się z zapisami projektu umowy oraz ich akceptacją ( załącznik nr 6)</w:t>
      </w:r>
    </w:p>
    <w:p w14:paraId="4D63DE94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l) Aktualny odpis z rejestru podmiotów wykonujących działalność leczniczą w formie praktyka lekarska;</w:t>
      </w:r>
    </w:p>
    <w:p w14:paraId="0B5EB4E0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m) Elektroniczny wydruk z Centralnej Ewidencji i Informacji o działalności Gospodarczej;</w:t>
      </w:r>
    </w:p>
    <w:p w14:paraId="4B4DB86F" w14:textId="7777777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n) Zaświadczenie o stanie zdrowia pozwalającym na wykonywanie świadczeń będących przedmiotem konkursu wydane przez uprawnionego lekarza Poradni Medycyny Pracy.</w:t>
      </w:r>
    </w:p>
    <w:p w14:paraId="7960128E" w14:textId="7FA969F7" w:rsidR="007669CF" w:rsidRPr="00502291" w:rsidRDefault="007669CF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*** /należy dołączyć kserokopie dokumentów potwierdzone za zgodność z oryginałem</w:t>
      </w:r>
    </w:p>
    <w:p w14:paraId="088287CC" w14:textId="77777777" w:rsidR="00041824" w:rsidRPr="00502291" w:rsidRDefault="00000000" w:rsidP="0050229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III. Proponowane stawki</w:t>
      </w:r>
    </w:p>
    <w:p w14:paraId="12A060B3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1. Stawka za godzinę świadczeń w trybie podstawowym: .............................. zł (całkowita stawka należna).</w:t>
      </w:r>
    </w:p>
    <w:p w14:paraId="2DAA605C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2. Stawka za godzinę świadczeń w trybie dyżurowym: .................................... zł (całkowita stawka należna).</w:t>
      </w:r>
    </w:p>
    <w:p w14:paraId="7C3F7F23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Oświadczam, że zaoferowane stawki uwzględniają pełnienie funkcji Zastępcy Lekarza Kierującego Oddziałem, chyba że dokumentacja konkursowa wyraźnie stanowi inaczej.</w:t>
      </w:r>
    </w:p>
    <w:p w14:paraId="2AFD5A20" w14:textId="77777777" w:rsidR="00041824" w:rsidRPr="00502291" w:rsidRDefault="00000000" w:rsidP="00502291">
      <w:pPr>
        <w:keepNext/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IV. Deklarowana dostępność</w:t>
      </w:r>
    </w:p>
    <w:p w14:paraId="54775391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1. Tryb podstawowy: .............. godzin miesięcznie, nie mniej niż 150 godzin.</w:t>
      </w:r>
    </w:p>
    <w:p w14:paraId="00CDC8A2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2. Tryb dyżurowy: .............. godzin miesięcznie, nie mniej niż 72 godziny.</w:t>
      </w:r>
    </w:p>
    <w:p w14:paraId="44D8A2A7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50465AD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A80BBF6" w14:textId="45E4C91E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/>
        <w:t xml:space="preserve">Miejscowość i data: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Podpis: </w:t>
      </w:r>
    </w:p>
    <w:p w14:paraId="17B7AC21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......................................................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</w:t>
      </w:r>
    </w:p>
    <w:p w14:paraId="7C5326B5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13A7E434" w14:textId="39A187AE" w:rsidR="00041824" w:rsidRPr="00502291" w:rsidRDefault="00000000" w:rsidP="00502291">
      <w:pPr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 xml:space="preserve">Załącznik nr 2 </w:t>
      </w:r>
    </w:p>
    <w:p w14:paraId="6609C0A9" w14:textId="77777777" w:rsidR="004B72EA" w:rsidRPr="00502291" w:rsidRDefault="004B72EA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81D2E04" w14:textId="77777777" w:rsidR="004B72EA" w:rsidRPr="00502291" w:rsidRDefault="004B72EA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2AEA6720" w14:textId="1F310F1A" w:rsidR="00041824" w:rsidRP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OŚWIADCZENIE O ZAPOZNANIU SIĘ Z WARUNKAMI KONKURSU</w:t>
      </w:r>
    </w:p>
    <w:p w14:paraId="56AA596C" w14:textId="77777777" w:rsidR="004B72EA" w:rsidRPr="00502291" w:rsidRDefault="004B72EA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D82EDFE" w14:textId="527B1390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Ja, niżej podpisany/a ........................................................................................................, oświadczam, że zapoznałem/</w:t>
      </w:r>
      <w:proofErr w:type="spellStart"/>
      <w:r w:rsidRPr="00502291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 się z Ogłoszeniem, SWKO, projektem umowy oraz pozostałą dokumentacją konkursową, akceptuję ich postanowienia i otrzymałem/</w:t>
      </w:r>
      <w:proofErr w:type="spellStart"/>
      <w:r w:rsidRPr="00502291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 informacje niezbędne do przygotowania oferty.</w:t>
      </w:r>
    </w:p>
    <w:p w14:paraId="73DE606F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061D2B1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D5BAE1D" w14:textId="35267BA2" w:rsid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/>
        <w:t xml:space="preserve">Miejscowość i data: </w:t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Podpis: </w:t>
      </w:r>
    </w:p>
    <w:p w14:paraId="22F13265" w14:textId="734010C3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......................................................    </w:t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02291" w:rsidRPr="00502291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</w:t>
      </w:r>
    </w:p>
    <w:p w14:paraId="1A270FC1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67942864" w14:textId="6B325013" w:rsidR="00041824" w:rsidRPr="00502291" w:rsidRDefault="00000000" w:rsidP="00502291">
      <w:pPr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 xml:space="preserve">Załącznik nr 3 </w:t>
      </w:r>
    </w:p>
    <w:p w14:paraId="3364AEF8" w14:textId="77777777" w:rsidR="00916CDE" w:rsidRPr="00502291" w:rsidRDefault="00916CDE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69087ABA" w14:textId="77777777" w:rsidR="00916CDE" w:rsidRPr="00502291" w:rsidRDefault="00916CDE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7F74033" w14:textId="77777777" w:rsidR="00916CDE" w:rsidRPr="00502291" w:rsidRDefault="00916CDE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1851D89" w14:textId="77777777" w:rsid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OŚWIADCZENIE O WYMIARZE GODZIN GOTOWOŚCI UDZIELANIA </w:t>
      </w:r>
    </w:p>
    <w:p w14:paraId="39DE76E5" w14:textId="0957347C" w:rsidR="00041824" w:rsidRP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ŚWIADCZEŃ ZDROWOTNYCH</w:t>
      </w:r>
    </w:p>
    <w:p w14:paraId="4737929B" w14:textId="77777777" w:rsidR="00916CDE" w:rsidRPr="00502291" w:rsidRDefault="00916CDE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683FE9E" w14:textId="7366BB9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Ja, niżej podpisany/a ........................................................................................................, deklaruję gotowość udzielania świadczeń zdrowotnych w II Oddziale Chorób Wewnętrznych z Pododdziałem Chorób Płuc wraz z pełnieniem funkcji Zastępcy Lekarza Kierującego Oddziałem w wymiarze:</w:t>
      </w:r>
    </w:p>
    <w:p w14:paraId="30CBBB8E" w14:textId="77777777" w:rsidR="00041824" w:rsidRPr="00502291" w:rsidRDefault="00000000" w:rsidP="00502291">
      <w:pPr>
        <w:spacing w:after="0" w:line="360" w:lineRule="auto"/>
        <w:ind w:left="340" w:hanging="198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• </w:t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nie mniejszym niż ............... godzin miesięcznie w trybie podstawowym w godzinach 07:00-15:00 od poniedziałku do piątku, przy czym deklarowana liczba nie może być niższa niż 150 godzin;</w:t>
      </w:r>
    </w:p>
    <w:p w14:paraId="12E70D5B" w14:textId="77777777" w:rsidR="00041824" w:rsidRPr="00502291" w:rsidRDefault="00000000" w:rsidP="00502291">
      <w:pPr>
        <w:spacing w:after="0" w:line="360" w:lineRule="auto"/>
        <w:ind w:left="340" w:hanging="198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• </w:t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nie mniejszym niż ............... godzin miesięcznie w trybie dyżurowym w godzinach 15:00-07:00 w dni powszednie oraz 07:00-07:00 w soboty, niedziele i dni ustawowo wolne od pracy, przy czym deklarowana liczba nie może być niższa niż 72 godziny.</w:t>
      </w:r>
    </w:p>
    <w:p w14:paraId="44F81C92" w14:textId="77777777" w:rsidR="00041824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Przyjmuję do wiadomości, że deklarowana dyspozycyjność oznacza gotowość do uwzględnienia w harmonogramie i nie stanowi gwarancji zlecenia pełnej liczby zadeklarowanych godzin, jeżeli potrzeby organizacyjne ZOZ uzasadniają mniejszy wymiar.</w:t>
      </w:r>
    </w:p>
    <w:p w14:paraId="6BF662B3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A954337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2135E06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59228BF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436CAC3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Miejscowość i data: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Podpis: </w:t>
      </w:r>
    </w:p>
    <w:p w14:paraId="450D5702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......................................................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</w:t>
      </w:r>
    </w:p>
    <w:p w14:paraId="2BCFBC19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4C364676" w14:textId="4331E4AE" w:rsidR="003C1604" w:rsidRPr="00502291" w:rsidRDefault="00000000" w:rsidP="00502291">
      <w:pPr>
        <w:spacing w:after="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 xml:space="preserve">Załącznik nr 4 </w:t>
      </w:r>
    </w:p>
    <w:p w14:paraId="21133FE9" w14:textId="77777777" w:rsidR="003C1604" w:rsidRPr="00502291" w:rsidRDefault="003C1604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C010D78" w14:textId="77777777" w:rsidR="003C1604" w:rsidRPr="00502291" w:rsidRDefault="003C1604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079BD11" w14:textId="77777777" w:rsid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OŚWIADCZENIE O PAŃSTWACH ZAMIESZKIWANYCH </w:t>
      </w:r>
    </w:p>
    <w:p w14:paraId="4C0E5E9F" w14:textId="6C1EB103" w:rsidR="00041824" w:rsidRP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W OKRESIE OSTATNICH 20 LAT</w:t>
      </w:r>
    </w:p>
    <w:p w14:paraId="6DC37098" w14:textId="77777777" w:rsidR="00740AE3" w:rsidRPr="00502291" w:rsidRDefault="00740AE3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E50D699" w14:textId="3813E19F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Imię i nazwisko: ........................................................................................................................</w:t>
      </w:r>
    </w:p>
    <w:p w14:paraId="5E458771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Adres zamieszkania: ...................................................................................................................</w:t>
      </w:r>
    </w:p>
    <w:p w14:paraId="2C69EE6A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PESEL: ...........................................................................................................................................</w:t>
      </w:r>
    </w:p>
    <w:p w14:paraId="76EC35B7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Oświadczam, że w okresie ostatnich 20 lat zamieszkiwałem/</w:t>
      </w:r>
      <w:proofErr w:type="spellStart"/>
      <w:r w:rsidRPr="00502291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 w następujących państwach innych niż Rzeczpospolita Polska:</w:t>
      </w:r>
    </w:p>
    <w:p w14:paraId="5ED5AC2F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1. ................................................................................................................................................</w:t>
      </w:r>
    </w:p>
    <w:p w14:paraId="463B66E8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2. ................................................................................................................................................</w:t>
      </w:r>
    </w:p>
    <w:p w14:paraId="6FE7B855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3. ................................................................................................................................................</w:t>
      </w:r>
    </w:p>
    <w:p w14:paraId="27977DDB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Jeżeli nie zamieszkiwałem/</w:t>
      </w:r>
      <w:proofErr w:type="spellStart"/>
      <w:r w:rsidRPr="00502291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 w innych państwach, wpisuję: „nie dotyczy”. Jeżeli z uwagi na zakres powierzanych czynności wymagają tego przepisy dotyczące ochrony małoletnich, zobowiązuję się przedłożyć wymagane informacje z rejestrów karnych właściwych państw albo dokumenty zastępcze przewidziane prawem.</w:t>
      </w:r>
    </w:p>
    <w:p w14:paraId="79C40077" w14:textId="77777777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Jestem świadomy/a odpowiedzialności za złożenie nieprawdziwego oświadczenia.</w:t>
      </w:r>
    </w:p>
    <w:p w14:paraId="213A84E8" w14:textId="77777777" w:rsid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59A21147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D0985C2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Miejscowość i data: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Podpis: </w:t>
      </w:r>
    </w:p>
    <w:p w14:paraId="515D4D46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......................................................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</w:t>
      </w:r>
    </w:p>
    <w:p w14:paraId="036A628E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11B7FBBC" w14:textId="09475782" w:rsidR="00041824" w:rsidRPr="00502291" w:rsidRDefault="00502291" w:rsidP="00502291">
      <w:pPr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Z</w:t>
      </w:r>
      <w:r w:rsidR="00000000" w:rsidRPr="005022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ałącznik nr 5 </w:t>
      </w:r>
    </w:p>
    <w:p w14:paraId="74F9AFBB" w14:textId="77777777" w:rsidR="001374D5" w:rsidRPr="00502291" w:rsidRDefault="001374D5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C128861" w14:textId="77777777" w:rsidR="001374D5" w:rsidRPr="00502291" w:rsidRDefault="001374D5" w:rsidP="005022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5A4117B0" w14:textId="29D784E8" w:rsidR="00041824" w:rsidRPr="00502291" w:rsidRDefault="00000000" w:rsidP="00502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b/>
          <w:sz w:val="24"/>
          <w:szCs w:val="24"/>
          <w:lang w:val="pl-PL"/>
        </w:rPr>
        <w:t>OŚWIADCZENIE O ZOBOWIĄZANIU DO PRZESTRZEGANIA STANDARDÓW OCHRONY DZIECI</w:t>
      </w:r>
    </w:p>
    <w:p w14:paraId="66A9646D" w14:textId="77777777" w:rsidR="001374D5" w:rsidRDefault="001374D5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4899C9B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BEA9FAC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E36A437" w14:textId="7E06D1BE" w:rsidR="00041824" w:rsidRPr="00502291" w:rsidRDefault="00000000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>Ja ........................................................................................................ oświadczam, że zapoznałem/</w:t>
      </w:r>
      <w:proofErr w:type="spellStart"/>
      <w:r w:rsidRPr="00502291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 się ze standardami ochrony dzieci i zasadami bezpiecznych relacji dorosły-dziecko obowiązującymi w Zespole Opieki Zdrowotnej w Oświęcimiu i zobowiązuję się do ich przestrzegania, jeżeli standardy te mają zastosowanie do wykonywanych przeze mnie czynności.</w:t>
      </w:r>
    </w:p>
    <w:p w14:paraId="1B85DD92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1019AAD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393034A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991F590" w14:textId="77777777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Miejscowość i data: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Podpis: </w:t>
      </w:r>
    </w:p>
    <w:p w14:paraId="6F86991C" w14:textId="77777777" w:rsidR="00502291" w:rsidRP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......................................................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</w:t>
      </w:r>
    </w:p>
    <w:p w14:paraId="19ACB47F" w14:textId="12FC4C8C" w:rsidR="00502291" w:rsidRDefault="00502291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BD302EF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FA793EF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79ED099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15DA21D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FB946FA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FACA87B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7DA40F5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1FFCD98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B437ABB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A32BEB4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C97B71E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8937CC6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0A0EB77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30F6555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0ACA097" w14:textId="77777777" w:rsidR="00A90597" w:rsidRDefault="00A90597" w:rsidP="005022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6AA5EBE" w14:textId="141E9486" w:rsidR="00A90597" w:rsidRPr="00A90597" w:rsidRDefault="00A90597" w:rsidP="00A90597">
      <w:pPr>
        <w:spacing w:before="200" w:after="200" w:line="360" w:lineRule="auto"/>
        <w:ind w:left="6480"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90597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>Załącznik nr 6</w:t>
      </w:r>
    </w:p>
    <w:p w14:paraId="5B5C4372" w14:textId="77777777" w:rsidR="00A90597" w:rsidRDefault="00A90597" w:rsidP="00A90597">
      <w:pPr>
        <w:spacing w:before="200" w:after="200" w:line="360" w:lineRule="auto"/>
        <w:jc w:val="center"/>
        <w:rPr>
          <w:b/>
          <w:bCs/>
          <w:sz w:val="24"/>
          <w:szCs w:val="24"/>
          <w:lang w:val="pl-PL"/>
        </w:rPr>
      </w:pPr>
    </w:p>
    <w:p w14:paraId="62F4620C" w14:textId="2CE938A6" w:rsidR="00A90597" w:rsidRPr="00A90597" w:rsidRDefault="00A90597" w:rsidP="00A90597">
      <w:pPr>
        <w:spacing w:before="200"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9059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OŚWIADCZENIE O ZAPOZNANIU SIĘ Z ZAPISAMI PROJEKTU UMOWY I JEJ AKCEPTACJA </w:t>
      </w:r>
    </w:p>
    <w:p w14:paraId="54625780" w14:textId="77777777" w:rsidR="00A90597" w:rsidRPr="00A90597" w:rsidRDefault="00A90597" w:rsidP="00A90597">
      <w:pPr>
        <w:spacing w:before="200" w:after="200" w:line="360" w:lineRule="auto"/>
        <w:jc w:val="center"/>
        <w:rPr>
          <w:lang w:val="pl-PL"/>
        </w:rPr>
      </w:pPr>
    </w:p>
    <w:p w14:paraId="5BC3ADFA" w14:textId="77777777" w:rsidR="00A90597" w:rsidRPr="00A90597" w:rsidRDefault="00A90597" w:rsidP="00A90597">
      <w:pPr>
        <w:spacing w:before="200" w:after="200" w:line="360" w:lineRule="auto"/>
        <w:jc w:val="center"/>
        <w:rPr>
          <w:lang w:val="pl-PL"/>
        </w:rPr>
      </w:pPr>
    </w:p>
    <w:p w14:paraId="7CF63FE9" w14:textId="77777777" w:rsidR="00A90597" w:rsidRPr="00A90597" w:rsidRDefault="00A90597" w:rsidP="00A90597">
      <w:pPr>
        <w:spacing w:after="120" w:line="360" w:lineRule="auto"/>
        <w:rPr>
          <w:lang w:val="pl-PL"/>
        </w:rPr>
      </w:pPr>
      <w:r w:rsidRPr="00A90597">
        <w:rPr>
          <w:sz w:val="22"/>
          <w:lang w:val="pl-PL"/>
        </w:rPr>
        <w:t>Ja ………………………………………………………………………….</w:t>
      </w:r>
    </w:p>
    <w:p w14:paraId="0DFEC3A9" w14:textId="77777777" w:rsidR="00A90597" w:rsidRPr="00A90597" w:rsidRDefault="00A90597" w:rsidP="00A90597">
      <w:pPr>
        <w:spacing w:after="120" w:line="360" w:lineRule="auto"/>
        <w:rPr>
          <w:lang w:val="pl-PL"/>
        </w:rPr>
      </w:pPr>
      <w:r w:rsidRPr="00A90597">
        <w:rPr>
          <w:sz w:val="22"/>
          <w:lang w:val="pl-PL"/>
        </w:rPr>
        <w:t xml:space="preserve">Oświadczam, że zapoznałam/em się z zapisami projektu umowy stanowiącego </w:t>
      </w:r>
      <w:r w:rsidRPr="00A90597">
        <w:rPr>
          <w:b/>
          <w:bCs/>
          <w:sz w:val="22"/>
          <w:lang w:val="pl-PL"/>
        </w:rPr>
        <w:t>załącznik nr 7</w:t>
      </w:r>
      <w:r w:rsidRPr="00A90597">
        <w:rPr>
          <w:sz w:val="22"/>
          <w:lang w:val="pl-PL"/>
        </w:rPr>
        <w:t xml:space="preserve"> do Szczegółowych Warunków Konkursu Ofert i akceptuje jej zapisy.</w:t>
      </w:r>
    </w:p>
    <w:p w14:paraId="01A4E12C" w14:textId="77777777" w:rsidR="00A90597" w:rsidRPr="00A90597" w:rsidRDefault="00A90597" w:rsidP="00A90597">
      <w:pPr>
        <w:spacing w:line="360" w:lineRule="auto"/>
        <w:rPr>
          <w:lang w:val="pl-PL"/>
        </w:rPr>
      </w:pPr>
    </w:p>
    <w:p w14:paraId="2D5EFFFF" w14:textId="77777777" w:rsidR="00A90597" w:rsidRPr="00A90597" w:rsidRDefault="00A90597" w:rsidP="00A90597">
      <w:pPr>
        <w:spacing w:line="360" w:lineRule="auto"/>
        <w:rPr>
          <w:lang w:val="pl-PL"/>
        </w:rPr>
      </w:pPr>
    </w:p>
    <w:p w14:paraId="22A6418E" w14:textId="77777777" w:rsidR="00D40CD3" w:rsidRPr="00502291" w:rsidRDefault="00D40CD3" w:rsidP="00D40C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F2DAA91" w14:textId="77777777" w:rsidR="00D40CD3" w:rsidRDefault="00D40CD3" w:rsidP="00D40C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Miejscowość i data: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Podpis: </w:t>
      </w:r>
    </w:p>
    <w:p w14:paraId="75F56F8A" w14:textId="77777777" w:rsidR="00D40CD3" w:rsidRPr="00502291" w:rsidRDefault="00D40CD3" w:rsidP="00D40CD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02291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......................................................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02291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</w:t>
      </w:r>
    </w:p>
    <w:p w14:paraId="6324239B" w14:textId="77777777" w:rsidR="00A90597" w:rsidRPr="00502291" w:rsidRDefault="00A90597" w:rsidP="00D40CD3">
      <w:pPr>
        <w:tabs>
          <w:tab w:val="left" w:pos="6000"/>
        </w:tabs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sectPr w:rsidR="00A90597" w:rsidRPr="00502291" w:rsidSect="00034616">
      <w:pgSz w:w="12240" w:h="15840"/>
      <w:pgMar w:top="1020" w:right="1134" w:bottom="1020" w:left="1247" w:header="39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AFE5" w14:textId="77777777" w:rsidR="007A04FB" w:rsidRDefault="007A04FB">
      <w:pPr>
        <w:spacing w:after="0" w:line="240" w:lineRule="auto"/>
      </w:pPr>
      <w:r>
        <w:separator/>
      </w:r>
    </w:p>
  </w:endnote>
  <w:endnote w:type="continuationSeparator" w:id="0">
    <w:p w14:paraId="38747330" w14:textId="77777777" w:rsidR="007A04FB" w:rsidRDefault="007A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FBB1" w14:textId="77777777" w:rsidR="007A04FB" w:rsidRDefault="007A04FB">
      <w:pPr>
        <w:spacing w:after="0" w:line="240" w:lineRule="auto"/>
      </w:pPr>
      <w:r>
        <w:separator/>
      </w:r>
    </w:p>
  </w:footnote>
  <w:footnote w:type="continuationSeparator" w:id="0">
    <w:p w14:paraId="14BE4CEE" w14:textId="77777777" w:rsidR="007A04FB" w:rsidRDefault="007A0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B0728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2B128E"/>
    <w:multiLevelType w:val="hybridMultilevel"/>
    <w:tmpl w:val="0C9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80BF6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46793B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0634C2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DE4B7B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1A432B"/>
    <w:multiLevelType w:val="hybridMultilevel"/>
    <w:tmpl w:val="F2707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51C2C"/>
    <w:multiLevelType w:val="hybridMultilevel"/>
    <w:tmpl w:val="DFE016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DC55CB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7A6670"/>
    <w:multiLevelType w:val="hybridMultilevel"/>
    <w:tmpl w:val="683E9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B15C03"/>
    <w:multiLevelType w:val="hybridMultilevel"/>
    <w:tmpl w:val="CA0E2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9704C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93239E"/>
    <w:multiLevelType w:val="hybridMultilevel"/>
    <w:tmpl w:val="5FACA4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33E35"/>
    <w:multiLevelType w:val="hybridMultilevel"/>
    <w:tmpl w:val="94AC3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F87226">
      <w:start w:val="8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74B55"/>
    <w:multiLevelType w:val="hybridMultilevel"/>
    <w:tmpl w:val="A31C0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607D6"/>
    <w:multiLevelType w:val="hybridMultilevel"/>
    <w:tmpl w:val="F8962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866669"/>
    <w:multiLevelType w:val="hybridMultilevel"/>
    <w:tmpl w:val="26C241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8061551">
    <w:abstractNumId w:val="8"/>
  </w:num>
  <w:num w:numId="2" w16cid:durableId="2105035188">
    <w:abstractNumId w:val="6"/>
  </w:num>
  <w:num w:numId="3" w16cid:durableId="1022629202">
    <w:abstractNumId w:val="5"/>
  </w:num>
  <w:num w:numId="4" w16cid:durableId="496119694">
    <w:abstractNumId w:val="4"/>
  </w:num>
  <w:num w:numId="5" w16cid:durableId="477112563">
    <w:abstractNumId w:val="7"/>
  </w:num>
  <w:num w:numId="6" w16cid:durableId="774137210">
    <w:abstractNumId w:val="3"/>
  </w:num>
  <w:num w:numId="7" w16cid:durableId="2049866720">
    <w:abstractNumId w:val="2"/>
  </w:num>
  <w:num w:numId="8" w16cid:durableId="618951921">
    <w:abstractNumId w:val="1"/>
  </w:num>
  <w:num w:numId="9" w16cid:durableId="1744646708">
    <w:abstractNumId w:val="0"/>
  </w:num>
  <w:num w:numId="10" w16cid:durableId="312102408">
    <w:abstractNumId w:val="16"/>
  </w:num>
  <w:num w:numId="11" w16cid:durableId="1760253543">
    <w:abstractNumId w:val="25"/>
  </w:num>
  <w:num w:numId="12" w16cid:durableId="1699433299">
    <w:abstractNumId w:val="21"/>
  </w:num>
  <w:num w:numId="13" w16cid:durableId="1462074671">
    <w:abstractNumId w:val="18"/>
  </w:num>
  <w:num w:numId="14" w16cid:durableId="1292130466">
    <w:abstractNumId w:val="17"/>
  </w:num>
  <w:num w:numId="15" w16cid:durableId="495610240">
    <w:abstractNumId w:val="11"/>
  </w:num>
  <w:num w:numId="16" w16cid:durableId="744838779">
    <w:abstractNumId w:val="9"/>
  </w:num>
  <w:num w:numId="17" w16cid:durableId="1462186517">
    <w:abstractNumId w:val="10"/>
  </w:num>
  <w:num w:numId="18" w16cid:durableId="1320648218">
    <w:abstractNumId w:val="15"/>
  </w:num>
  <w:num w:numId="19" w16cid:durableId="1548176184">
    <w:abstractNumId w:val="23"/>
  </w:num>
  <w:num w:numId="20" w16cid:durableId="1980063908">
    <w:abstractNumId w:val="22"/>
  </w:num>
  <w:num w:numId="21" w16cid:durableId="161623952">
    <w:abstractNumId w:val="19"/>
  </w:num>
  <w:num w:numId="22" w16cid:durableId="1323200994">
    <w:abstractNumId w:val="24"/>
  </w:num>
  <w:num w:numId="23" w16cid:durableId="9181887">
    <w:abstractNumId w:val="14"/>
  </w:num>
  <w:num w:numId="24" w16cid:durableId="715282130">
    <w:abstractNumId w:val="13"/>
  </w:num>
  <w:num w:numId="25" w16cid:durableId="298417115">
    <w:abstractNumId w:val="12"/>
  </w:num>
  <w:num w:numId="26" w16cid:durableId="18518695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824"/>
    <w:rsid w:val="0006063C"/>
    <w:rsid w:val="000714D5"/>
    <w:rsid w:val="0008418D"/>
    <w:rsid w:val="001328C5"/>
    <w:rsid w:val="001374D5"/>
    <w:rsid w:val="00137A1A"/>
    <w:rsid w:val="0015074B"/>
    <w:rsid w:val="0029639D"/>
    <w:rsid w:val="002C305C"/>
    <w:rsid w:val="0032091E"/>
    <w:rsid w:val="00326F90"/>
    <w:rsid w:val="003C1604"/>
    <w:rsid w:val="00406DB8"/>
    <w:rsid w:val="004B72EA"/>
    <w:rsid w:val="00502291"/>
    <w:rsid w:val="005474F4"/>
    <w:rsid w:val="005D5C83"/>
    <w:rsid w:val="006A419A"/>
    <w:rsid w:val="00740AE3"/>
    <w:rsid w:val="007669CF"/>
    <w:rsid w:val="007A04FB"/>
    <w:rsid w:val="00872E89"/>
    <w:rsid w:val="00880F60"/>
    <w:rsid w:val="008940AC"/>
    <w:rsid w:val="008D0813"/>
    <w:rsid w:val="008E51F9"/>
    <w:rsid w:val="008E7613"/>
    <w:rsid w:val="00916CDE"/>
    <w:rsid w:val="00922B5C"/>
    <w:rsid w:val="00A90597"/>
    <w:rsid w:val="00AA1D8D"/>
    <w:rsid w:val="00AA332F"/>
    <w:rsid w:val="00AE43C1"/>
    <w:rsid w:val="00AF07A9"/>
    <w:rsid w:val="00B47730"/>
    <w:rsid w:val="00B56F06"/>
    <w:rsid w:val="00C5304D"/>
    <w:rsid w:val="00C77501"/>
    <w:rsid w:val="00CB0664"/>
    <w:rsid w:val="00D40CD3"/>
    <w:rsid w:val="00DB0030"/>
    <w:rsid w:val="00DC31A0"/>
    <w:rsid w:val="00EA71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A6F82"/>
  <w14:defaultImageDpi w14:val="300"/>
  <w15:docId w15:val="{ACFACA11-4F4D-46BA-AE1B-1BDD848E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9" w:lineRule="auto"/>
      <w:jc w:val="both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40"/>
    </w:pPr>
    <w:rPr>
      <w:rFonts w:ascii="Arial" w:eastAsia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1290</Words>
  <Characters>7746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Foks</cp:lastModifiedBy>
  <cp:revision>2</cp:revision>
  <dcterms:created xsi:type="dcterms:W3CDTF">2026-09-14T13:46:00Z</dcterms:created>
  <dcterms:modified xsi:type="dcterms:W3CDTF">2026-09-14T13:46:00Z</dcterms:modified>
  <cp:category/>
</cp:coreProperties>
</file>