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EA08" w14:textId="730F702E" w:rsidR="0033744C" w:rsidRPr="005D1C2A" w:rsidRDefault="002C06AB" w:rsidP="005D1C2A">
      <w:pPr>
        <w:spacing w:after="0" w:line="360" w:lineRule="auto"/>
        <w:jc w:val="right"/>
        <w:rPr>
          <w:rFonts w:cs="Times New Roman"/>
          <w:sz w:val="24"/>
          <w:szCs w:val="24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t xml:space="preserve">Załącznik nr 1 </w:t>
      </w:r>
    </w:p>
    <w:p w14:paraId="2C7DD1D5" w14:textId="05793EEE" w:rsidR="00647D27" w:rsidRPr="00410723" w:rsidRDefault="00000000" w:rsidP="00410723">
      <w:pPr>
        <w:spacing w:after="0" w:line="360" w:lineRule="auto"/>
        <w:jc w:val="center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OFERTA KONKURSOWA</w:t>
      </w:r>
    </w:p>
    <w:p w14:paraId="1E39E97B" w14:textId="70727F81" w:rsidR="00D03953" w:rsidRPr="00410723" w:rsidRDefault="00D03953" w:rsidP="00410723">
      <w:pPr>
        <w:spacing w:after="0" w:line="360" w:lineRule="auto"/>
        <w:jc w:val="center"/>
        <w:rPr>
          <w:rFonts w:cs="Times New Roman"/>
          <w:b/>
          <w:bCs/>
          <w:sz w:val="24"/>
          <w:szCs w:val="24"/>
          <w:lang w:val="pl-PL"/>
        </w:rPr>
      </w:pPr>
      <w:r w:rsidRPr="00410723">
        <w:rPr>
          <w:rFonts w:cs="Times New Roman"/>
          <w:b/>
          <w:bCs/>
          <w:sz w:val="24"/>
          <w:szCs w:val="24"/>
          <w:lang w:val="pl-PL"/>
        </w:rPr>
        <w:t>sprawie zawarcia umowy na kompleksowe świadczenia zdrowotne w zakresie świadczeń lekarskich</w:t>
      </w:r>
      <w:r w:rsidR="000F22B5" w:rsidRPr="00410723">
        <w:rPr>
          <w:rFonts w:cs="Times New Roman"/>
          <w:b/>
          <w:bCs/>
          <w:sz w:val="24"/>
          <w:szCs w:val="24"/>
          <w:lang w:val="pl-PL"/>
        </w:rPr>
        <w:t xml:space="preserve"> </w:t>
      </w:r>
      <w:r w:rsidRPr="00410723">
        <w:rPr>
          <w:rFonts w:cs="Times New Roman"/>
          <w:b/>
          <w:bCs/>
          <w:sz w:val="24"/>
          <w:szCs w:val="24"/>
          <w:lang w:val="pl-PL"/>
        </w:rPr>
        <w:t xml:space="preserve">w I Oddziale Chorób Wewnętrznych </w:t>
      </w:r>
      <w:r w:rsidR="00FF5D2D">
        <w:rPr>
          <w:rFonts w:cs="Times New Roman"/>
          <w:b/>
          <w:bCs/>
          <w:sz w:val="24"/>
          <w:szCs w:val="24"/>
          <w:lang w:val="pl-PL"/>
        </w:rPr>
        <w:t xml:space="preserve">( w tym w Izbie Przyjęć) </w:t>
      </w:r>
      <w:r w:rsidRPr="00410723">
        <w:rPr>
          <w:rFonts w:cs="Times New Roman"/>
          <w:b/>
          <w:bCs/>
          <w:sz w:val="24"/>
          <w:szCs w:val="24"/>
          <w:lang w:val="pl-PL"/>
        </w:rPr>
        <w:t>w okresie od 01.10.2026 r. do 30.09.2027 r.</w:t>
      </w:r>
    </w:p>
    <w:p w14:paraId="688FB166" w14:textId="77777777" w:rsidR="0036294C" w:rsidRPr="00410723" w:rsidRDefault="0036294C" w:rsidP="00410723">
      <w:pPr>
        <w:spacing w:after="0" w:line="360" w:lineRule="auto"/>
        <w:jc w:val="center"/>
        <w:rPr>
          <w:rFonts w:cs="Times New Roman"/>
          <w:sz w:val="24"/>
          <w:szCs w:val="24"/>
          <w:lang w:val="pl-PL"/>
        </w:rPr>
      </w:pPr>
    </w:p>
    <w:p w14:paraId="5F0EF2A3" w14:textId="77777777" w:rsidR="00647D27" w:rsidRPr="00410723" w:rsidRDefault="00000000" w:rsidP="00410723">
      <w:pPr>
        <w:spacing w:after="0" w:line="360" w:lineRule="auto"/>
        <w:rPr>
          <w:rFonts w:cs="Times New Roman"/>
          <w:b/>
          <w:bCs/>
          <w:sz w:val="24"/>
          <w:szCs w:val="24"/>
          <w:lang w:val="pl-PL"/>
        </w:rPr>
      </w:pPr>
      <w:r w:rsidRPr="00410723">
        <w:rPr>
          <w:rFonts w:cs="Times New Roman"/>
          <w:b/>
          <w:bCs/>
          <w:sz w:val="24"/>
          <w:szCs w:val="24"/>
          <w:lang w:val="pl-PL"/>
        </w:rPr>
        <w:t>DANE OFERENTA</w:t>
      </w:r>
    </w:p>
    <w:p w14:paraId="280BC8A8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Imię i nazwisko / pełna nazwa Oferenta: ................................................................</w:t>
      </w:r>
    </w:p>
    <w:p w14:paraId="5B7F42BC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Forma prawna: ..............................................................................................</w:t>
      </w:r>
    </w:p>
    <w:p w14:paraId="3C30193D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Adres / siedziba: ..............................................................................................</w:t>
      </w:r>
    </w:p>
    <w:p w14:paraId="1C450511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NIP: .................................................. REGON: ..................................................</w:t>
      </w:r>
    </w:p>
    <w:p w14:paraId="1EE010BB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KRS / CEIDG – jeżeli dotyczy: ......................................................................</w:t>
      </w:r>
    </w:p>
    <w:p w14:paraId="671DA98C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Nr księgi rejestrowej RPWDL: ........................................................................</w:t>
      </w:r>
    </w:p>
    <w:p w14:paraId="77FE5BDD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Osoba uprawniona do reprezentacji Oferenta: ....................................................</w:t>
      </w:r>
    </w:p>
    <w:p w14:paraId="74171EB9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Telefon: ............................................. E-mail: ............................................</w:t>
      </w:r>
    </w:p>
    <w:p w14:paraId="14EE8837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Adres do korespondencji (jeżeli inny): ............................................................................................</w:t>
      </w:r>
    </w:p>
    <w:p w14:paraId="36029FB6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DANE LEKARZA / LEKARZY WSKAZANYCH DO REALIZACJI ZAMÓWIENIA</w:t>
      </w:r>
    </w:p>
    <w:p w14:paraId="1DB5D060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1. Imię i nazwisko: ........................................, nr PWZ: ........................, specjalizacja: ........................</w:t>
      </w:r>
    </w:p>
    <w:p w14:paraId="6307C2BF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2. Imię i nazwisko: ........................................, nr PWZ: ........................, specjalizacja: ........................</w:t>
      </w:r>
    </w:p>
    <w:p w14:paraId="3BC70B5A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3. ............................................................................................................................</w:t>
      </w:r>
    </w:p>
    <w:p w14:paraId="1DEC54E3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I.</w:t>
      </w:r>
      <w:r w:rsidRPr="00410723">
        <w:rPr>
          <w:rFonts w:cs="Times New Roman"/>
          <w:sz w:val="24"/>
          <w:szCs w:val="24"/>
          <w:lang w:val="pl-PL"/>
        </w:rPr>
        <w:t xml:space="preserve"> Oświadczenie dotyczące warunków udziału</w:t>
      </w:r>
    </w:p>
    <w:p w14:paraId="0E815711" w14:textId="59170010" w:rsidR="00647D27" w:rsidRPr="00410723" w:rsidRDefault="00000000" w:rsidP="00410723">
      <w:pPr>
        <w:spacing w:after="0" w:line="360" w:lineRule="auto"/>
        <w:ind w:hanging="255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•</w:t>
      </w:r>
      <w:r w:rsidR="005D1C2A">
        <w:rPr>
          <w:rFonts w:cs="Times New Roman"/>
          <w:sz w:val="24"/>
          <w:szCs w:val="24"/>
          <w:lang w:val="pl-PL"/>
        </w:rPr>
        <w:tab/>
      </w:r>
      <w:r w:rsidRPr="00410723">
        <w:rPr>
          <w:rFonts w:cs="Times New Roman"/>
          <w:sz w:val="24"/>
          <w:szCs w:val="24"/>
          <w:lang w:val="pl-PL"/>
        </w:rPr>
        <w:t>Oświadczam, że spełniam warunki udziału określone w SWKO oraz że informacje i dokumenty złożone wraz z ofertą są zgodne ze stanem faktycznym i prawnym.</w:t>
      </w:r>
    </w:p>
    <w:p w14:paraId="12F5EF69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II.</w:t>
      </w:r>
      <w:r w:rsidRPr="00410723">
        <w:rPr>
          <w:rFonts w:cs="Times New Roman"/>
          <w:sz w:val="24"/>
          <w:szCs w:val="24"/>
          <w:lang w:val="pl-PL"/>
        </w:rPr>
        <w:t xml:space="preserve"> Dane do oceny kryterium jakości / kwalifikacji</w:t>
      </w:r>
    </w:p>
    <w:p w14:paraId="7FEE4683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Udokumentowane doświadczenie w oddziale chorób wewnętrznych: ............. lat ............. miesięcy.</w:t>
      </w:r>
    </w:p>
    <w:p w14:paraId="731418B5" w14:textId="77777777" w:rsidR="00647D27" w:rsidRPr="00410723" w:rsidRDefault="00000000" w:rsidP="00410723">
      <w:pPr>
        <w:spacing w:after="0" w:line="360" w:lineRule="auto"/>
        <w:jc w:val="left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Dodatkowa specjalizacja mająca zastosowanie w leczeniu pacjentów internistycznych: ............................................................ / nie dotyczy.</w:t>
      </w:r>
    </w:p>
    <w:p w14:paraId="6504C12D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III.</w:t>
      </w:r>
      <w:r w:rsidRPr="00410723">
        <w:rPr>
          <w:rFonts w:cs="Times New Roman"/>
          <w:sz w:val="24"/>
          <w:szCs w:val="24"/>
          <w:lang w:val="pl-PL"/>
        </w:rPr>
        <w:t xml:space="preserve"> Proponowane stawki</w:t>
      </w:r>
    </w:p>
    <w:p w14:paraId="49AFCDE9" w14:textId="77777777" w:rsidR="00FA5655" w:rsidRPr="00410723" w:rsidRDefault="00FA5655">
      <w:pPr>
        <w:numPr>
          <w:ilvl w:val="1"/>
          <w:numId w:val="9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……………… zł brutto za każdą godzinę udzielania świadczeń w trybie podstawowym – od poniedziałku do piątku w godzinach 07:00–15:00;</w:t>
      </w:r>
    </w:p>
    <w:p w14:paraId="787B3683" w14:textId="77777777" w:rsidR="00FA5655" w:rsidRPr="00410723" w:rsidRDefault="00FA5655">
      <w:pPr>
        <w:numPr>
          <w:ilvl w:val="1"/>
          <w:numId w:val="9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……………… zł brutto za każdą godzinę udzielania świadczeń w trybie dyżurowym – od poniedziałku do piątku w godzinach 15:00–07:00 dnia następnego oraz w soboty, niedziele i dni ustawowo wolne od pracy w godzinach 07:00–07:00 dnia następnego – dyżur tępy.</w:t>
      </w:r>
    </w:p>
    <w:p w14:paraId="29E73BBF" w14:textId="77777777" w:rsidR="00FA5655" w:rsidRDefault="00FA5655">
      <w:pPr>
        <w:numPr>
          <w:ilvl w:val="1"/>
          <w:numId w:val="9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lastRenderedPageBreak/>
        <w:t>……………… zł brutto za każdą godzinę udzielania świadczeń w trybie dyżurowym – od poniedziałku do piątku w godzinach 15:00–07:00 dnia następnego oraz w soboty, niedziele i dni ustawowo wolne od pracy w godzinach 07:00–07:00 dnia następnego – dyżur ostry.</w:t>
      </w:r>
    </w:p>
    <w:p w14:paraId="1F968D55" w14:textId="77777777" w:rsidR="005D1C2A" w:rsidRPr="00410723" w:rsidRDefault="005D1C2A" w:rsidP="005D1C2A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169307A4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IV.</w:t>
      </w:r>
      <w:r w:rsidRPr="00410723">
        <w:rPr>
          <w:rFonts w:cs="Times New Roman"/>
          <w:sz w:val="24"/>
          <w:szCs w:val="24"/>
          <w:lang w:val="pl-PL"/>
        </w:rPr>
        <w:t xml:space="preserve"> Deklarowana miesięczna dyspozycyjność</w:t>
      </w:r>
    </w:p>
    <w:p w14:paraId="131DCBE4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2198D7C0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1) tryb podstawowy: nie mniej niż ............... godzin miesięcznie (minimum 130 godzin).</w:t>
      </w:r>
    </w:p>
    <w:p w14:paraId="7F99AAED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2) tryb dyżurowy: nie mniej niż ............... godzin miesięcznie (minimum 84 godziny).</w:t>
      </w:r>
    </w:p>
    <w:p w14:paraId="5A499C74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453F3F8E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V.</w:t>
      </w:r>
      <w:r w:rsidRPr="00410723">
        <w:rPr>
          <w:rFonts w:cs="Times New Roman"/>
          <w:sz w:val="24"/>
          <w:szCs w:val="24"/>
          <w:lang w:val="pl-PL"/>
        </w:rPr>
        <w:t xml:space="preserve"> Oświadczenia końcowe</w:t>
      </w:r>
    </w:p>
    <w:p w14:paraId="2676155C" w14:textId="77777777" w:rsidR="00647D27" w:rsidRPr="005D1C2A" w:rsidRDefault="00000000" w:rsidP="00410723">
      <w:pPr>
        <w:spacing w:after="0" w:line="360" w:lineRule="auto"/>
        <w:ind w:hanging="255"/>
        <w:rPr>
          <w:rFonts w:cs="Times New Roman"/>
          <w:b/>
          <w:bCs/>
          <w:sz w:val="24"/>
          <w:szCs w:val="24"/>
          <w:lang w:val="pl-PL"/>
        </w:rPr>
      </w:pPr>
      <w:r w:rsidRPr="005D1C2A">
        <w:rPr>
          <w:rFonts w:cs="Times New Roman"/>
          <w:b/>
          <w:bCs/>
          <w:sz w:val="24"/>
          <w:szCs w:val="24"/>
          <w:lang w:val="pl-PL"/>
        </w:rPr>
        <w:t>• Akceptuję projekt umowy stanowiący załącznik nr 6 do SWKO.</w:t>
      </w:r>
    </w:p>
    <w:p w14:paraId="1B1E3E0B" w14:textId="77777777" w:rsidR="00647D27" w:rsidRPr="00410723" w:rsidRDefault="00000000" w:rsidP="00410723">
      <w:pPr>
        <w:spacing w:after="0" w:line="360" w:lineRule="auto"/>
        <w:ind w:hanging="255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• Zobowiązuję się, w przypadku wyboru mojej oferty, utrzymywać przez cały okres umowy kwalifikacje, uprawnienia, wpisy rejestrowe i ubezpieczenie wymagane do udzielania świadczeń.</w:t>
      </w:r>
    </w:p>
    <w:p w14:paraId="723EFABE" w14:textId="77777777" w:rsidR="00647D27" w:rsidRPr="00410723" w:rsidRDefault="00000000" w:rsidP="00410723">
      <w:pPr>
        <w:spacing w:after="0" w:line="360" w:lineRule="auto"/>
        <w:ind w:hanging="255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• Przyjmuję do wiadomości, że deklarowana dyspozycyjność nie stanowi gwarancji zlecenia przez ZOZ wskazanej liczby godzin.</w:t>
      </w:r>
    </w:p>
    <w:p w14:paraId="7526478D" w14:textId="77777777" w:rsidR="00647D27" w:rsidRPr="00410723" w:rsidRDefault="00000000" w:rsidP="00410723">
      <w:pPr>
        <w:spacing w:after="0" w:line="360" w:lineRule="auto"/>
        <w:ind w:hanging="255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• Wyrażam zgodę na weryfikację danych w publicznych rejestrach w zakresie niezbędnym do przeprowadzenia konkursu.</w:t>
      </w:r>
    </w:p>
    <w:p w14:paraId="36888042" w14:textId="77777777" w:rsidR="0036294C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/>
      </w:r>
    </w:p>
    <w:p w14:paraId="696015A6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5660B07C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272C1515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454B0B45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67426EE6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370901CE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115868D6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19360120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7291E14E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20E93B06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0385E3A9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15E38DD5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7FF22C2E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7586C958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178DC3B2" w14:textId="77777777" w:rsidR="005D1C2A" w:rsidRDefault="005D1C2A" w:rsidP="00410723">
      <w:pPr>
        <w:spacing w:after="0" w:line="360" w:lineRule="auto"/>
        <w:jc w:val="right"/>
        <w:rPr>
          <w:rFonts w:cs="Times New Roman"/>
          <w:b/>
          <w:sz w:val="24"/>
          <w:szCs w:val="24"/>
          <w:lang w:val="pl-PL"/>
        </w:rPr>
      </w:pPr>
    </w:p>
    <w:p w14:paraId="7E745D72" w14:textId="54F71D60" w:rsidR="00647D27" w:rsidRPr="00410723" w:rsidRDefault="002C06AB" w:rsidP="00410723">
      <w:pPr>
        <w:spacing w:after="0" w:line="360" w:lineRule="auto"/>
        <w:jc w:val="right"/>
        <w:rPr>
          <w:rFonts w:cs="Times New Roman"/>
          <w:sz w:val="24"/>
          <w:szCs w:val="24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lastRenderedPageBreak/>
        <w:t xml:space="preserve">Załącznik nr 2 </w:t>
      </w:r>
    </w:p>
    <w:p w14:paraId="08678971" w14:textId="77777777" w:rsidR="00C82DEA" w:rsidRPr="00410723" w:rsidRDefault="00C82DEA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196F2E17" w14:textId="77777777" w:rsidR="00C82DEA" w:rsidRPr="00410723" w:rsidRDefault="00C82DEA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5131E044" w14:textId="07105A91" w:rsidR="00647D27" w:rsidRPr="00410723" w:rsidRDefault="00000000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OŚWIADCZENIE O ZAPOZNANIU SIĘ Z WARUNKAMI KONKURSU</w:t>
      </w:r>
    </w:p>
    <w:p w14:paraId="0A3879A2" w14:textId="77777777" w:rsidR="00C82DEA" w:rsidRPr="00410723" w:rsidRDefault="00C82DEA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75C89EBC" w14:textId="77777777" w:rsidR="00C82DEA" w:rsidRPr="00410723" w:rsidRDefault="00C82DEA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0B1274EE" w14:textId="77777777" w:rsidR="00C82DEA" w:rsidRPr="00410723" w:rsidRDefault="00C82DEA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04811F15" w14:textId="77777777" w:rsidR="00C82DEA" w:rsidRPr="00410723" w:rsidRDefault="00C82DEA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47EE2DBF" w14:textId="77777777" w:rsidR="00C82DEA" w:rsidRPr="00410723" w:rsidRDefault="00C82DEA" w:rsidP="00410723">
      <w:pPr>
        <w:spacing w:after="0" w:line="360" w:lineRule="auto"/>
        <w:jc w:val="center"/>
        <w:rPr>
          <w:rFonts w:cs="Times New Roman"/>
          <w:sz w:val="24"/>
          <w:szCs w:val="24"/>
          <w:lang w:val="pl-PL"/>
        </w:rPr>
      </w:pPr>
    </w:p>
    <w:p w14:paraId="0175624E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Ja, niżej podpisany/a .................................................................................... oświadczam, że zapoznałem/am się z ogłoszeniem konkursowym, SWKO, projektem umowy oraz załącznikami, a także uzyskałem/am informacje niezbędne do przygotowania oferty. Akceptuję warunki postępowania i zobowiązuję się do ich przestrzegania.</w:t>
      </w:r>
    </w:p>
    <w:p w14:paraId="41222277" w14:textId="77777777" w:rsidR="0036294C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/>
      </w:r>
    </w:p>
    <w:p w14:paraId="7D215309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 w:type="page"/>
      </w:r>
    </w:p>
    <w:p w14:paraId="027B7D84" w14:textId="5D61DBB7" w:rsidR="00647D27" w:rsidRPr="00410723" w:rsidRDefault="002C06AB" w:rsidP="00410723">
      <w:pPr>
        <w:spacing w:after="0" w:line="360" w:lineRule="auto"/>
        <w:jc w:val="right"/>
        <w:rPr>
          <w:rFonts w:cs="Times New Roman"/>
          <w:sz w:val="24"/>
          <w:szCs w:val="24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lastRenderedPageBreak/>
        <w:t xml:space="preserve">Załącznik nr 3 </w:t>
      </w:r>
    </w:p>
    <w:p w14:paraId="1AD852B7" w14:textId="77777777" w:rsidR="00E2502B" w:rsidRPr="00410723" w:rsidRDefault="00E2502B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5D04AEEF" w14:textId="77777777" w:rsidR="00E2502B" w:rsidRPr="00410723" w:rsidRDefault="00E2502B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568AE8C6" w14:textId="17B7E337" w:rsidR="00647D27" w:rsidRPr="00410723" w:rsidRDefault="00000000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OŚWIADCZENIE O DEKLAROWANEJ DYSPOZYCYJNOŚCI</w:t>
      </w:r>
    </w:p>
    <w:p w14:paraId="66A9F9E0" w14:textId="77777777" w:rsidR="0036294C" w:rsidRPr="00410723" w:rsidRDefault="0036294C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40DAD019" w14:textId="77777777" w:rsidR="0036294C" w:rsidRPr="00410723" w:rsidRDefault="0036294C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0CDD0627" w14:textId="77777777" w:rsidR="0036294C" w:rsidRPr="00410723" w:rsidRDefault="0036294C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73D4B117" w14:textId="77777777" w:rsidR="0036294C" w:rsidRPr="00410723" w:rsidRDefault="0036294C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69435C3A" w14:textId="77777777" w:rsidR="0036294C" w:rsidRPr="00410723" w:rsidRDefault="0036294C" w:rsidP="00410723">
      <w:pPr>
        <w:spacing w:after="0" w:line="360" w:lineRule="auto"/>
        <w:jc w:val="center"/>
        <w:rPr>
          <w:rFonts w:cs="Times New Roman"/>
          <w:sz w:val="24"/>
          <w:szCs w:val="24"/>
          <w:lang w:val="pl-PL"/>
        </w:rPr>
      </w:pPr>
    </w:p>
    <w:p w14:paraId="2A10DA23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Ja, niżej podpisany/a .................................................................................... deklaruję gotowość do udzielania świadczeń zdrowotnych w I Oddziale Chorób Wewnętrznych w wymiarze:</w:t>
      </w:r>
    </w:p>
    <w:p w14:paraId="638D31E7" w14:textId="0FFDE8EE" w:rsidR="00647D27" w:rsidRPr="00410723" w:rsidRDefault="00000000">
      <w:pPr>
        <w:pStyle w:val="Akapitzlist"/>
        <w:numPr>
          <w:ilvl w:val="0"/>
          <w:numId w:val="7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nie mniejszym niż ............... godzin miesięcznie w trybie podstawowym w godzinach 07:00–15:00 (minimum 130 godzin);</w:t>
      </w:r>
    </w:p>
    <w:p w14:paraId="3AC045CE" w14:textId="441A3946" w:rsidR="00647D27" w:rsidRPr="00410723" w:rsidRDefault="00000000">
      <w:pPr>
        <w:pStyle w:val="Akapitzlist"/>
        <w:numPr>
          <w:ilvl w:val="0"/>
          <w:numId w:val="7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nie mniejszym niż ............... godzin miesięcznie w trybie dyżurowym w godzinach 15:00–07:00 w dni powszednie oraz 07:00–07:00 w soboty, niedziele i dni ustawowo wolne od pracy (minimum 84 godziny).</w:t>
      </w:r>
    </w:p>
    <w:p w14:paraId="2DE5C56C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7D42D656" w14:textId="5836158E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Przyjmuję do wiadomości, że wskazana dyspozycyjność stanowi zobowiązanie do pozostawania w gotowości do uwzględnienia w harmonogramie, natomiast liczba faktycznie zleconych godzin zależy od potrzeb organizacyjnych ZOZ.</w:t>
      </w:r>
    </w:p>
    <w:p w14:paraId="6B183915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4F638B72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08258DAB" w14:textId="1B52B7D8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/>
        <w:t>Miejscowość i data: .............................................        Podpis Oferenta: .............................................</w:t>
      </w:r>
    </w:p>
    <w:p w14:paraId="23B8864E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 w:type="page"/>
      </w:r>
    </w:p>
    <w:p w14:paraId="7905261D" w14:textId="22F12690" w:rsidR="00647D27" w:rsidRPr="00410723" w:rsidRDefault="002C06AB" w:rsidP="00410723">
      <w:pPr>
        <w:spacing w:after="0" w:line="360" w:lineRule="auto"/>
        <w:jc w:val="right"/>
        <w:rPr>
          <w:rFonts w:cs="Times New Roman"/>
          <w:sz w:val="24"/>
          <w:szCs w:val="24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lastRenderedPageBreak/>
        <w:t>Załącznik Nr 4</w:t>
      </w:r>
    </w:p>
    <w:p w14:paraId="5CD59630" w14:textId="77777777" w:rsidR="000323EB" w:rsidRPr="00410723" w:rsidRDefault="000323EB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6055363A" w14:textId="77777777" w:rsidR="000323EB" w:rsidRPr="00410723" w:rsidRDefault="000323EB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50319514" w14:textId="400E2743" w:rsidR="00737555" w:rsidRPr="00410723" w:rsidRDefault="00000000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 xml:space="preserve">OŚWIADCZENIE O PAŃSTWACH ZAMIESZKIWANYCH W OKRESIE </w:t>
      </w:r>
    </w:p>
    <w:p w14:paraId="55942730" w14:textId="7485E866" w:rsidR="00647D27" w:rsidRPr="00410723" w:rsidRDefault="00000000" w:rsidP="00410723">
      <w:pPr>
        <w:spacing w:after="0" w:line="360" w:lineRule="auto"/>
        <w:jc w:val="center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OSTATNICH 20 LAT</w:t>
      </w:r>
    </w:p>
    <w:p w14:paraId="35259976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1E099B89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2FB031A2" w14:textId="7E7D0A85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Imię i nazwisko: ........................................................................................................................</w:t>
      </w:r>
    </w:p>
    <w:p w14:paraId="156CDB7C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PESEL: ........................................................................................................................................</w:t>
      </w:r>
    </w:p>
    <w:p w14:paraId="0C2CF067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Oświadczam, że w okresie ostatnich 20 lat zamieszkiwałem/am w następującym państwie lub państwach innych niż Rzeczpospolita Polska i państwo mojego obywatelstwa:</w:t>
      </w:r>
    </w:p>
    <w:p w14:paraId="0D3FB651" w14:textId="77777777" w:rsidR="00737555" w:rsidRPr="00410723" w:rsidRDefault="00000000">
      <w:pPr>
        <w:pStyle w:val="Akapitzlist"/>
        <w:numPr>
          <w:ilvl w:val="0"/>
          <w:numId w:val="8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</w:t>
      </w:r>
    </w:p>
    <w:p w14:paraId="1933D52D" w14:textId="77777777" w:rsidR="00737555" w:rsidRPr="00410723" w:rsidRDefault="00000000">
      <w:pPr>
        <w:pStyle w:val="Akapitzlist"/>
        <w:numPr>
          <w:ilvl w:val="0"/>
          <w:numId w:val="8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</w:t>
      </w:r>
    </w:p>
    <w:p w14:paraId="330F566B" w14:textId="5F068BF3" w:rsidR="00647D27" w:rsidRPr="00410723" w:rsidRDefault="00000000">
      <w:pPr>
        <w:pStyle w:val="Akapitzlist"/>
        <w:numPr>
          <w:ilvl w:val="0"/>
          <w:numId w:val="8"/>
        </w:numPr>
        <w:spacing w:after="0" w:line="360" w:lineRule="auto"/>
        <w:ind w:left="0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</w:t>
      </w:r>
    </w:p>
    <w:p w14:paraId="5C20FBCE" w14:textId="77777777" w:rsidR="00737555" w:rsidRPr="00410723" w:rsidRDefault="00737555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i/>
          <w:iCs/>
          <w:sz w:val="24"/>
          <w:szCs w:val="24"/>
          <w:lang w:val="pl-PL"/>
        </w:rPr>
        <w:t>Jeżeli Pan/Pani zamieszkiwał/a tylko w Rzeczpospolitej Polsce proszę wpisać – nie dotyczy</w:t>
      </w:r>
    </w:p>
    <w:p w14:paraId="39B8C3F8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1F62D9AC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6E7306C8" w14:textId="0042D7F1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Jeżeli obowiązek z art. 21 ustawy o przeciwdziałaniu zagrożeniom przestępczością na tle seksualnym i ochronie małoletnich ma zastosowanie, zobowiązuję się przedłożyć informacje lub oświadczenia wymagane przez tę ustawę.</w:t>
      </w:r>
    </w:p>
    <w:p w14:paraId="4DD82489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Jestem świadomy/a odpowiedzialności karnej za złożenie fałszywego oświadczenia.</w:t>
      </w:r>
    </w:p>
    <w:p w14:paraId="3596C08B" w14:textId="77777777" w:rsidR="0036294C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/>
      </w:r>
    </w:p>
    <w:p w14:paraId="164F1F05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7DB025AC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77FE7B9A" w14:textId="7465BA7C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Data i podpis: ........................................................................</w:t>
      </w:r>
    </w:p>
    <w:p w14:paraId="78D8A8FF" w14:textId="77777777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 w:type="page"/>
      </w:r>
    </w:p>
    <w:p w14:paraId="2AD827C3" w14:textId="126987FA" w:rsidR="00647D27" w:rsidRPr="00410723" w:rsidRDefault="002C06AB" w:rsidP="00410723">
      <w:pPr>
        <w:spacing w:after="0" w:line="360" w:lineRule="auto"/>
        <w:jc w:val="right"/>
        <w:rPr>
          <w:rFonts w:cs="Times New Roman"/>
          <w:sz w:val="24"/>
          <w:szCs w:val="24"/>
          <w:lang w:val="pl-PL"/>
        </w:rPr>
      </w:pPr>
      <w:r>
        <w:rPr>
          <w:rFonts w:cs="Times New Roman"/>
          <w:b/>
          <w:sz w:val="24"/>
          <w:szCs w:val="24"/>
          <w:lang w:val="pl-PL"/>
        </w:rPr>
        <w:lastRenderedPageBreak/>
        <w:t>Załącznik Nr 5</w:t>
      </w:r>
    </w:p>
    <w:p w14:paraId="0C3DB9EA" w14:textId="77777777" w:rsidR="00737555" w:rsidRPr="00410723" w:rsidRDefault="00737555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7EE93A96" w14:textId="77777777" w:rsidR="00FC4EC2" w:rsidRPr="00410723" w:rsidRDefault="00FC4EC2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56033B3D" w14:textId="77777777" w:rsidR="00FC4EC2" w:rsidRPr="00410723" w:rsidRDefault="00FC4EC2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2A17D9A9" w14:textId="77777777" w:rsidR="00FC4EC2" w:rsidRPr="00410723" w:rsidRDefault="00FC4EC2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</w:p>
    <w:p w14:paraId="417A37AF" w14:textId="40EB249F" w:rsidR="00647D27" w:rsidRPr="00410723" w:rsidRDefault="00000000" w:rsidP="00410723">
      <w:pPr>
        <w:spacing w:after="0" w:line="360" w:lineRule="auto"/>
        <w:jc w:val="center"/>
        <w:rPr>
          <w:rFonts w:cs="Times New Roman"/>
          <w:b/>
          <w:sz w:val="24"/>
          <w:szCs w:val="24"/>
          <w:lang w:val="pl-PL"/>
        </w:rPr>
      </w:pPr>
      <w:r w:rsidRPr="00410723">
        <w:rPr>
          <w:rFonts w:cs="Times New Roman"/>
          <w:b/>
          <w:sz w:val="24"/>
          <w:szCs w:val="24"/>
          <w:lang w:val="pl-PL"/>
        </w:rPr>
        <w:t>OŚWIADCZENIE DOTYCZĄCE STANDARDÓW OCHRONY MAŁOLETNICH</w:t>
      </w:r>
    </w:p>
    <w:p w14:paraId="0F1CAE3D" w14:textId="77777777" w:rsidR="0036294C" w:rsidRPr="00410723" w:rsidRDefault="0036294C" w:rsidP="00410723">
      <w:pPr>
        <w:spacing w:after="0" w:line="360" w:lineRule="auto"/>
        <w:jc w:val="center"/>
        <w:rPr>
          <w:rFonts w:cs="Times New Roman"/>
          <w:sz w:val="24"/>
          <w:szCs w:val="24"/>
          <w:lang w:val="pl-PL"/>
        </w:rPr>
      </w:pPr>
    </w:p>
    <w:p w14:paraId="0AB8D512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04CD8EC2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08B7183C" w14:textId="5CEA56DB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Ja, niżej podpisany/a .................................................................................... oświadczam, że zapoznałem/am się ze standardami ochrony małoletnich oraz zasadami bezpiecznych relacji dorosły–dziecko obowiązującymi w Zespole Opieki Zdrowotnej w Oświęcimiu i zobowiązuję się do ich przestrzegania w zakresie, w jakim będą miały zastosowanie do wykonywanych przeze mnie świadczeń.</w:t>
      </w:r>
    </w:p>
    <w:p w14:paraId="70C462AC" w14:textId="77777777" w:rsidR="0036294C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br/>
      </w:r>
    </w:p>
    <w:p w14:paraId="599A263E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41A71C83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18045906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6DB48023" w14:textId="77777777" w:rsidR="0036294C" w:rsidRPr="00410723" w:rsidRDefault="0036294C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p w14:paraId="7329593C" w14:textId="79D7FA91" w:rsidR="00647D27" w:rsidRPr="00410723" w:rsidRDefault="00000000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  <w:r w:rsidRPr="00410723">
        <w:rPr>
          <w:rFonts w:cs="Times New Roman"/>
          <w:sz w:val="24"/>
          <w:szCs w:val="24"/>
          <w:lang w:val="pl-PL"/>
        </w:rPr>
        <w:t>Miejscowość i data: .............................................        Podpis Oferenta: .............................................</w:t>
      </w:r>
    </w:p>
    <w:p w14:paraId="14514FC8" w14:textId="759245C7" w:rsidR="00647D27" w:rsidRPr="00410723" w:rsidRDefault="00647D27" w:rsidP="00410723">
      <w:pPr>
        <w:spacing w:after="0" w:line="360" w:lineRule="auto"/>
        <w:rPr>
          <w:rFonts w:cs="Times New Roman"/>
          <w:sz w:val="24"/>
          <w:szCs w:val="24"/>
          <w:lang w:val="pl-PL"/>
        </w:rPr>
      </w:pPr>
    </w:p>
    <w:sectPr w:rsidR="00647D27" w:rsidRPr="00410723" w:rsidSect="00034616">
      <w:footerReference w:type="default" r:id="rId8"/>
      <w:pgSz w:w="12240" w:h="15840"/>
      <w:pgMar w:top="964" w:right="1134" w:bottom="907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D968" w14:textId="77777777" w:rsidR="00DF4F37" w:rsidRDefault="00DF4F37">
      <w:pPr>
        <w:spacing w:after="0" w:line="240" w:lineRule="auto"/>
      </w:pPr>
      <w:r>
        <w:separator/>
      </w:r>
    </w:p>
  </w:endnote>
  <w:endnote w:type="continuationSeparator" w:id="0">
    <w:p w14:paraId="68D54E3D" w14:textId="77777777" w:rsidR="00DF4F37" w:rsidRDefault="00DF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6345" w14:textId="273DDB70" w:rsidR="00647D27" w:rsidRPr="00737555" w:rsidRDefault="00737555" w:rsidP="00737555">
    <w:pPr>
      <w:pStyle w:val="Stopka"/>
      <w:jc w:val="right"/>
      <w:rPr>
        <w:sz w:val="20"/>
        <w:szCs w:val="20"/>
        <w:lang w:val="pl-PL"/>
      </w:rPr>
    </w:pPr>
    <w:r w:rsidRPr="00737555">
      <w:rPr>
        <w:rFonts w:asciiTheme="majorHAnsi" w:eastAsiaTheme="majorEastAsia" w:hAnsiTheme="majorHAnsi" w:cstheme="majorBidi"/>
        <w:sz w:val="20"/>
        <w:szCs w:val="20"/>
        <w:lang w:val="pl-PL"/>
      </w:rPr>
      <w:t xml:space="preserve">str. </w:t>
    </w:r>
    <w:r w:rsidRPr="00737555">
      <w:rPr>
        <w:rFonts w:asciiTheme="minorHAnsi" w:eastAsiaTheme="minorEastAsia" w:hAnsiTheme="minorHAnsi"/>
        <w:sz w:val="20"/>
        <w:szCs w:val="20"/>
        <w:lang w:val="pl-PL"/>
      </w:rPr>
      <w:fldChar w:fldCharType="begin"/>
    </w:r>
    <w:r w:rsidRPr="00737555">
      <w:rPr>
        <w:sz w:val="20"/>
        <w:szCs w:val="20"/>
        <w:lang w:val="pl-PL"/>
      </w:rPr>
      <w:instrText>PAGE    \* MERGEFORMAT</w:instrText>
    </w:r>
    <w:r w:rsidRPr="00737555">
      <w:rPr>
        <w:rFonts w:asciiTheme="minorHAnsi" w:eastAsiaTheme="minorEastAsia" w:hAnsiTheme="minorHAnsi"/>
        <w:sz w:val="20"/>
        <w:szCs w:val="20"/>
        <w:lang w:val="pl-PL"/>
      </w:rPr>
      <w:fldChar w:fldCharType="separate"/>
    </w:r>
    <w:r w:rsidRPr="00737555">
      <w:rPr>
        <w:rFonts w:asciiTheme="majorHAnsi" w:eastAsiaTheme="majorEastAsia" w:hAnsiTheme="majorHAnsi" w:cstheme="majorBidi"/>
        <w:sz w:val="20"/>
        <w:szCs w:val="20"/>
        <w:lang w:val="pl-PL"/>
      </w:rPr>
      <w:t>1</w:t>
    </w:r>
    <w:r w:rsidRPr="00737555">
      <w:rPr>
        <w:rFonts w:asciiTheme="majorHAnsi" w:eastAsiaTheme="majorEastAsia" w:hAnsiTheme="majorHAnsi" w:cstheme="majorBidi"/>
        <w:sz w:val="20"/>
        <w:szCs w:val="20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BC50" w14:textId="77777777" w:rsidR="00DF4F37" w:rsidRDefault="00DF4F37">
      <w:pPr>
        <w:spacing w:after="0" w:line="240" w:lineRule="auto"/>
      </w:pPr>
      <w:r>
        <w:separator/>
      </w:r>
    </w:p>
  </w:footnote>
  <w:footnote w:type="continuationSeparator" w:id="0">
    <w:p w14:paraId="4841CDAC" w14:textId="77777777" w:rsidR="00DF4F37" w:rsidRDefault="00DF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2C8272D"/>
    <w:multiLevelType w:val="hybridMultilevel"/>
    <w:tmpl w:val="D2A6E374"/>
    <w:lvl w:ilvl="0" w:tplc="FFFFFFFF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E800D4E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5812DDF"/>
    <w:multiLevelType w:val="hybridMultilevel"/>
    <w:tmpl w:val="DD6C3CAE"/>
    <w:lvl w:ilvl="0" w:tplc="E800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22BD7"/>
    <w:multiLevelType w:val="multilevel"/>
    <w:tmpl w:val="9DC41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8833488">
    <w:abstractNumId w:val="5"/>
  </w:num>
  <w:num w:numId="2" w16cid:durableId="1913545845">
    <w:abstractNumId w:val="3"/>
  </w:num>
  <w:num w:numId="3" w16cid:durableId="36200086">
    <w:abstractNumId w:val="2"/>
  </w:num>
  <w:num w:numId="4" w16cid:durableId="706293922">
    <w:abstractNumId w:val="4"/>
  </w:num>
  <w:num w:numId="5" w16cid:durableId="1429036620">
    <w:abstractNumId w:val="1"/>
  </w:num>
  <w:num w:numId="6" w16cid:durableId="1541017456">
    <w:abstractNumId w:val="0"/>
  </w:num>
  <w:num w:numId="7" w16cid:durableId="336077838">
    <w:abstractNumId w:val="6"/>
  </w:num>
  <w:num w:numId="8" w16cid:durableId="261188962">
    <w:abstractNumId w:val="7"/>
  </w:num>
  <w:num w:numId="9" w16cid:durableId="56866018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3EB"/>
    <w:rsid w:val="00034616"/>
    <w:rsid w:val="00045EC4"/>
    <w:rsid w:val="0006063C"/>
    <w:rsid w:val="00063154"/>
    <w:rsid w:val="00085E09"/>
    <w:rsid w:val="000A5477"/>
    <w:rsid w:val="000F22B5"/>
    <w:rsid w:val="00143240"/>
    <w:rsid w:val="0015074B"/>
    <w:rsid w:val="00181175"/>
    <w:rsid w:val="00190CBE"/>
    <w:rsid w:val="001A5112"/>
    <w:rsid w:val="001B6DCF"/>
    <w:rsid w:val="00285042"/>
    <w:rsid w:val="0029639D"/>
    <w:rsid w:val="002C06AB"/>
    <w:rsid w:val="002E1C4B"/>
    <w:rsid w:val="00326F90"/>
    <w:rsid w:val="0033744C"/>
    <w:rsid w:val="0036294C"/>
    <w:rsid w:val="00410723"/>
    <w:rsid w:val="00457B00"/>
    <w:rsid w:val="00464178"/>
    <w:rsid w:val="004669DC"/>
    <w:rsid w:val="004678E3"/>
    <w:rsid w:val="0047525E"/>
    <w:rsid w:val="004D2870"/>
    <w:rsid w:val="00556F29"/>
    <w:rsid w:val="005C057F"/>
    <w:rsid w:val="005D1C2A"/>
    <w:rsid w:val="00633522"/>
    <w:rsid w:val="00647D27"/>
    <w:rsid w:val="00653A25"/>
    <w:rsid w:val="00726A1A"/>
    <w:rsid w:val="00733D5F"/>
    <w:rsid w:val="00737555"/>
    <w:rsid w:val="007763E7"/>
    <w:rsid w:val="007966BA"/>
    <w:rsid w:val="007D3004"/>
    <w:rsid w:val="007D62B4"/>
    <w:rsid w:val="007F262D"/>
    <w:rsid w:val="009A2550"/>
    <w:rsid w:val="009B4906"/>
    <w:rsid w:val="009D651E"/>
    <w:rsid w:val="00A46D7E"/>
    <w:rsid w:val="00A47444"/>
    <w:rsid w:val="00AA1D8D"/>
    <w:rsid w:val="00AB6544"/>
    <w:rsid w:val="00AF07A9"/>
    <w:rsid w:val="00B15F38"/>
    <w:rsid w:val="00B47730"/>
    <w:rsid w:val="00BB2217"/>
    <w:rsid w:val="00C725B2"/>
    <w:rsid w:val="00C82DEA"/>
    <w:rsid w:val="00C96EBC"/>
    <w:rsid w:val="00CB0664"/>
    <w:rsid w:val="00D03953"/>
    <w:rsid w:val="00D128D2"/>
    <w:rsid w:val="00D47053"/>
    <w:rsid w:val="00DC7232"/>
    <w:rsid w:val="00DF4F37"/>
    <w:rsid w:val="00E01D76"/>
    <w:rsid w:val="00E2502B"/>
    <w:rsid w:val="00E53B38"/>
    <w:rsid w:val="00E96D1E"/>
    <w:rsid w:val="00EB60F3"/>
    <w:rsid w:val="00FA5655"/>
    <w:rsid w:val="00FC4EC2"/>
    <w:rsid w:val="00FC6013"/>
    <w:rsid w:val="00FC693F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90301"/>
  <w14:defaultImageDpi w14:val="300"/>
  <w15:docId w15:val="{ACFACA11-4F4D-46BA-AE1B-1BDD848E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9" w:lineRule="auto"/>
      <w:jc w:val="both"/>
    </w:pPr>
    <w:rPr>
      <w:rFonts w:ascii="Times New Roman" w:eastAsia="Times New Roman" w:hAnsi="Times New Roman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20" w:after="8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3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Note"/>
    <w:pPr>
      <w:spacing w:after="60"/>
      <w:jc w:val="both"/>
    </w:pPr>
    <w:rPr>
      <w:rFonts w:ascii="Times New Roman" w:eastAsia="Times New Roman" w:hAnsi="Times New Roman"/>
      <w:i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39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39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3953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9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953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1007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Foks</cp:lastModifiedBy>
  <cp:revision>3</cp:revision>
  <cp:lastPrinted>2026-09-15T11:36:00Z</cp:lastPrinted>
  <dcterms:created xsi:type="dcterms:W3CDTF">2026-09-15T11:37:00Z</dcterms:created>
  <dcterms:modified xsi:type="dcterms:W3CDTF">2026-09-15T11:54:00Z</dcterms:modified>
  <cp:category/>
</cp:coreProperties>
</file>